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 - כל הנושאים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הראיון ואת העקרונות המרכזיים להצלחה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מעשיים כמו שיטת STAR והצגה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ביטחון עצמי והתמודדות עם לחץ לפני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הראיון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להכיר בין המועמד למעסיק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לפני, במהלך,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לספר דוגמאות באופן מסודר ומשכנע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הגוף מעביר מסרים גם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חשוב להכין תשובות כנות ומחושבות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מצב, משימה, פעולה,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הודעת תודה משאירה רושם חיובי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(מצב, משימה, פעולה,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(דקה-שתיים על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(שיחת וידאו מהבית)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(כמה שורות אחרי הראיון)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הכנה לפני הראיון - בגדים ומסמכים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הגעה בזמן ויצירת רושם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הצגה עצמית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מענה לשאלות בשיטת STAR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שם, רקע קצר, תכונה אחת בולטת וסיבה להתעניינות בתפקיד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כנה המציינת חוזקה אחת וחולשה אחת עם דרך התמודדות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לפני, במהלך,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משאיר רושם חיובי ומראה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ההצגה העצמית בזוגות כדי לתת לתלמידים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לדמות ראיון קצר בכיתה עם שאלות ותשובות לפי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בחשיבות שפת הגוף דרך הדגמות קצרות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 - כל הנושאים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מסכם את המסלול השלם של הכנה לראיון עבודה - מהבנת מהות הראיון ועד שליחת הודעת תודה בסיומו.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מצב  ·  רושם  ·  ללבוש  ·  שאלות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הראיון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ראיון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להפחיד את המועמד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להכיר בין המועמד למעסיק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למלא טופס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מהם שלושת השלבים העיקריים בתהליך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בוקר, צהריים,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לפני, במהלך, אחרי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התחלה, אמצע,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המטרה של 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לספר דוגמאות באופן מסודר ומשכנע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על כוכבים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שפת גוף יכולה להשפיע על הרושם הראשון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אין צורך להתכונן לשאלות על חוזקות וחולשות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בשיטת STAR יש ארבעה חלקים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הראיון אין טעם לשלוח הודעת תודה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בשיטת STAR, האות S מייצגת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הראיון חשוב לבדוק מה __________ ואיך מגיעים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ה-__________ הראשון נוצר כבר בשניות הראשונות של הפגישה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בסיום הראיון כדאי לשאול __________ את המראיין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שיטת STAR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שיחת וידאו מהבית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הצגה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מצב, משימה, פעולה,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כמה שורות אחרי הראיון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הודעת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דקה-שתיים על 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הכנה לפני הראיון - בגדים ומסמכים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הגעה בזמן ויצירת רושם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הצגה עצמית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מענה לשאלות בשיטת STAR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עצמכם בכמה משפטים כפי שהייתם עושים בתחילת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חוזקה אחת שלכם ומהי חולשה אחת - וכיצד אתם מתמודדים איתה?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השלבים העיקריים של ראיון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ארבע האותיות בשיטת STAR ומה כל אחת מייצגת?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 - כל הנושאים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