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הכנה לראיון עבודה - כל הנושאים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הראיון ואת העקרונות המרכזיים להצלחה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כלים מעשיים כמו שיטת STAR והצגה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ביטחון עצמי והתמודדות עם לחץ לפני 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הראיון -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להכיר בין המועמד למעסיק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לפני, במהלך, אחרי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להיות קצר, ברור ומעניין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לספר דוגמאות באופן מסודר ומשכנע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גם בסוף הראיון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חיבור אינטרנט, מצלמה ורקע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הגוף מעביר מסרים גם בלי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חשוב להכין תשובות כנות ומחושבות מראש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מצב, משימה, פעולה, 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הודעת תודה משאירה רושם חיובי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הגעה בזמן מראה רצינות וכבוד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חשוב לבלוט אך גם לתת מקום לאחרים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נכון – נשימה מרגיעה את הגוף והמחשבה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ללבוש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רושם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מקוון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נושאים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(מצב, משימה, פעולה, תוצאה)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(דקה-שתיים על עצמי)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(שיחת וידאו מהבית)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(כמה שורות אחרי הראיון)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(כמה מועמדים יחד)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שלבי הראיון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הכנה לפני הראיון - בגדים ומסמכים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הגעה בזמן ויצירת רושם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הצגה עצמית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מענה לשאלות בשיטת STAR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שאילת שאלות בסוף הראיון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שליחת הודעת תודה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שם, רקע קצר, תכונה אחת בולטת וסיבה להתעניינות בתפקיד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הכולל מצב, משימה, פעולה שננקטה ותוצאה חיובית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כנה המציינת חוזקה אחת וחולשה אחת עם דרך התמודדות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שאלה רלוונטית לתפקיד, לחברה או להמשך התהליך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לפני, במהלך, אחרי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מצב, משימה, פעולה, 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משאיר רושם חיובי ומראה הערכה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את ההצגה העצמית בזוגות כדי לתת לתלמידים ביטחון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לדמות ראיון קצר בכיתה עם שאלות ותשובות לפי שיטת STAR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לדון בכיתה בחשיבות שפת הגוף דרך הדגמות קצרות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הכנה לראיון עבודה - כל הנושאים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איך מתכוננים לראיון עבודה, מה עושים לפני, במהלך ואחרי הראיון.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בין מועמד למעסיק כדי להכיר אחד את השני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שיטת STAR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לספר סיפור: מצב, משימה, פעולה, תוצאה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רושם ראשון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שאנשים חושבים עלינו ברגעים הראשונים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שפת גוף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הגוף שלנו מדבר בלי מילים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חוזקות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הדברים שאנחנו טובים בהם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חולשות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הדברים שאנחנו צריכים לשפר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ראיון מקוון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ראיון שנערך דרך שיחת וידאו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יום מיון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תהליך גיוס שכולל כמה מועמדים יחד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הראיון -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עושים ראיון עבודה?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להפחיד את המועמד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להכיר בין המועמד למעסיק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למלא טופס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לבדוק ידע כללי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שלושת החלקים של 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בוקר, צהריים, ערב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לפני, במהלך, אחרי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התחלה, אמצע, 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שאלה, תשובה, 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מציגים את עצמנו טוב?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לדבר כמה שיותר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להיות קצר, ברור ומעניין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לדבר רק על תחביבים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לשתוק ולחכות לשאלות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משתמשים בשיטת STAR?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לתאר את מזג האוויר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לספר דוגמאות באופן מסודר ומשכנע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לדבר על כוכבים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לסיים את הראיון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שואלים שאלות את המראיין?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אסור לשאול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בהתחלה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 בסוף הראיון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דרך הטלפון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בודקים לפני ראיון בווידאו?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את הבגדים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חיבור אינטרנט, מצלמה ורקע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את השעון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כלום, זה לא משנה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שפת גוף יכולה להשפיע על הרושם הראשון שלנו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צורך להתכונן לשאלות על חוזקות וחולשות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בשיטת STAR יש ארבעה חלקים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הראיון אין טעם לשלוח הודעת תודה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דייקנות אינה חשובה בראיון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בראיון קבוצתי צריך להשתלט על כל השיחה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7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נשימה עמוקה יכולה לעזור להתמודד עם לחץ לפני ראיון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בשיטת STAR, האות S מייצגת את המילה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הראיון חשוב לבדוק מה __________ ואיך מגיעים למקום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ה-__________ הראשון נוצר כבר בשניות הראשונות של הפגישה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בסיום הראיון כדאי לשאול __________ את המראיין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להתמודד עם לחץ אפשר להשתמש בטכניקות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אחרי הראיון מומלץ לשלוח הודעת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7. בראיון __________ חשוב לבדוק מראש את החיבור לאינטרנט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נושאים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שיטת STAR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כמה שורות אחרי הראיון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הצגה עצמית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שיחת וידאו מהבית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ראיון מקוון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דקה-שתיים על עצמי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הודעת תודה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כמה מועמדים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יום מיון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מצב, משימה, פעולה, תוצאה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שלבי הראיון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הצגה עצמית קצרה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שאילת שאלות בסוף הראיון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שליחת הודעת תודה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הכנה לפני הראיון - בגדים ומסמכים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מענה לשאלות בשיטת STAR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הגעה בזמן ויצירת רושם ראשון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על עצמכם בכמה משפטים כפי שהייתם עושים בתחילת ראיון עבודה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מצב בו עשיתם משימה בהצלחה, לפי שיטת STAR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חוזקה אחת שלכם ומהי חולשה אחת - וכיצד אתם מתמודדים איתה?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שאלה אחת שהייתם שואלים מראיין בסוף ראיון עבודה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השלבים העיקריים של ראיון עבודה?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מהן ארבע האותיות בשיטת STAR ומה כל אחת מייצגת?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לשלוח הודעת תודה אחרי ראיון?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הכנה לראיון עבודה - כל הנושאים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