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עבודה - כל הנושאים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הראיון ואת העקרונות המרכזיים להצלחה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כלים מעשיים כמו שיטת STAR והצגה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ביטחון עצמי והתמודדות עם לחץ לפני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הראיון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להכיר בין המועמד למעסיק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לפני, במהלך, אחרי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להיות קצר, ברור ומעניין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לספר דוגמאות באופן מסודר ומשכנע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גם בסוף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חיבור אינטרנט, מצלמה ורקע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הגוף מעביר מסרים גם בלי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חשוב להכין תשובות כנות ומחושבות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מצב, משימה, פעולה,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הודעת תודה משאירה רושם חיובי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הגעה בזמן מראה רצינות וכבוד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חשוב לבלוט אך גם לתת מקום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נכון – נשימה מרגיעה את הגוף והמחשבה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ללבוש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מקוון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(מצב, משימה, פעולה, 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(דקה-שתיים על 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(שיחת וידאו מהבית)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(כמה שורות אחרי הראיון)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(כמה מועמדים יחד)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הכנה לפני הראיון - בגדים ומסמכים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הגעה בזמן ויצירת רושם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הצגה עצמית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מענה לשאלות בשיטת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שאילת שאלות בסוף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שליחת הודעת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שם, רקע קצר, תכונה אחת בולטת וסיבה להתעניינות בתפקיד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הכולל מצב, משימה, פעולה שננקטה ותוצאה חיובית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כנה המציינת חוזקה אחת וחולשה אחת עם דרך התמודדות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שאלה רלוונטית לתפקיד, לחברה או להמשך התהליך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לפני, במהלך, אחרי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מצב, משימה, פעולה, 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משאיר רושם חיובי ומראה הערכה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ההצגה העצמית בזוגות כדי לתת לתלמידים ביטחון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לדמות ראיון קצר בכיתה עם שאלות ותשובות לפי שיטת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בחשיבות שפת הגוף דרך הדגמות קצרות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עבודה - כל הנושאים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דף זה מסכם את המסלול השלם של הכנה לראיון עבודה - מהבנת מהות הראיון ועד שליחת הודעת תודה בסיומו.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הראיון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העיקרית של ראיון 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להפחיד את המועמד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להכיר בין המועמד למעסיק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למלא טופס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ידע כללי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מהם שלושת השלבים העיקריים בתהליך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בוקר, צהריים, 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לפני, במהלך, אחרי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התחלה, אמצע,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שאלה, תשובה,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חשוב בהצגה העצמית בתחילת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 כמה שיותר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להיות קצר, ברור ומעניין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רק על תחביבים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לשתוק ולחכות לשאלות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המטרה של שיטת STAR?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לספר דוגמאות באופן מסודר ומשכנע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על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את הראיון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כדאי לשאול שאלות את המראיין?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אסור לשאול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בסוף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דרך הטלפון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חשוב לבדוק לפני ראיון מקוון?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חיבור אינטרנט, מצלמה ורקע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השעון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כלום, זה לא משנה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שפת גוף יכולה להשפיע על הרושם הראשון שלנו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להתכונן לשאלות על חוזקות וחולשות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בשיטת STAR יש ארבעה חלקים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הראיון אין טעם לשלוח הודעת תודה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דייקנות אינה חשובה בראיון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קבוצתי צריך להשתלט על כל השיחה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7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נשימה עמוקה יכולה לעזור להתמודד עם לחץ לפני 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בשיטת STAR, האות S מייצגת את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הראיון חשוב לבדוק מה __________ ואיך מגיעים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ה-__________ הראשון נוצר כבר בשניות הראשונות של הפגישה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בסיום הראיון כדאי לשאול __________ את המראיין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להתמודד עם לחץ אפשר להשתמש בטכניקות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אחרי הראיון מומלץ לשלוח הודעת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7. בראיון __________ חשוב לבדוק מראש את החיבור לאינטרנט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שיטת STAR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שיחת וידאו מהבית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הצגה עצמית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כמה שורות אחרי הראיון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ראיון מקוון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דקה-שתיים על עצמי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הודעת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כמה מועמדים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יום 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מצב, משימה, פעולה, תוצאה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שאילת שאלות בסוף הראיון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שליחת הודעת תודה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מענה לשאלות בשיטת STAR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הכנה לפני הראיון - בגדים ומסמכים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הגעה בזמן ויצירת רושם 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הצגה עצמית קצרה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עצמכם בכמה משפטים כפי שהייתם עושים בתחילת ראיון עבודה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בו עשיתם משימה בהצלחה, לפי שיטת STAR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חוזקה אחת שלכם ומהי חולשה אחת - וכיצד אתם מתמודדים איתה?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שאלה אחת שהייתם שואלים מראיין בסוף ראיון עבודה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השלבים העיקריים של ראיון 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ארבע האותיות בשיטת STAR ומה כל אחת מייצגת?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לשלוח הודעת תודה אחרי 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 עבודה - כל הנושאים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